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בספרות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שמונת היחידות הנלמדות בספרות ואת הנושא המרכזי של 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יצירות לבין היחידה המתאימה 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השאלות המרכזיות שמנחות 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מעצב את מי שאנחנו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פיגמליון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שואה וגבורה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ספר החול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בתוכן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רומאו ויוליה מופיע ביחידת אהבות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צבעים מופיע ביחידת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צוין בתוכן 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היא כוללת גם שירים כמו אנבל לי ויצירות אחרות כמו רומאו ויוליה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מיתולוגיות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זיכרון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יצירה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(סיפור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(אידיליות)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(אהבות)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(מאבק וזיכרון)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הופעת היחידות בתוכנית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זהות - בין מולדות ובין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אידיליות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שואה וגבורה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יחידה אחת, יזכיר את שמה והשאלה המרכזית שלה, ויסביר באופן אישי ומנומק מדוע היא מעניינת אותו, תוך קישור לחוויה אישית או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יבחר שתי יחידות, יציג את הנושא של כל אחת ויסביר קשר הגיוני ביניהן, תוך הבאת דוגמה אחת מכל 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יחידה 7 - שואה וגבורה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יצירה מהרשימה: פיגמליון, אקו ונרקיס, אורפיאוס ואורידיקי, אהבוך גם הפרחים, רומאו ויוליה, אנבל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היחידות מול הכיתה ולעבור יחד על שמות היחידות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לשתף איזו יחידה מעניינת אותם במיוחד ולמה, כהכנה רגשית לקראת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זמן מחשבה אישי לפני כתיבה, ולתת דוגמה אחת מודגמת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בספרות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בשנת הלימודים בספרות אנחנו עוברים מסע בין שמונה יחידות שונות, מ'זהות' ועד 'מאבק וזיכרון'. בכל יחידה יש נושא מרכזי ושאלה שמלווה אותנו ביצירות.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יחידות לימוד יש בתוכנית הספרות לכיתה ט׳?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השאלה המרכזית ביחידה 'זהות'?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מעצב את מי שאנחנו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סיפור שובר 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אהבה עושה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זוכרים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יחידה עוסקת ברגע קטן שחושף עולם שלם של 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אידיליות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יצירה שייכת ליחידת 'אהבות'?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פיגמליון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שברירים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עשרים שנה בגיא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נושא יחידה מספר 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אידיליות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קצת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מאבק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יצירה שייכת ליחידת 'משהו קצת אחר'?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אנבל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המלך שאול ואני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אחותי הקטנה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יחידה 3 נקראת 'אידיליות' ועוסקת בתמונות שלוות שמסתירות משהו מתחת לפני השטח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'רומאו ויוליה' מופיע ביחידת 'שואה וגבורה'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המרכזית ביחידת 'מאבק וזיכרון' עוסקת בזיכרון של אדם ולא רק של 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'צבעים' הוא שיר השייך ליחידת 'שירה'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'חתונתה של אלקה' מסומן כפרק לטעימה להעשרה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'אהבות' כוללת רק סיפורים מהמיתולוגיה היוונית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יחידה מספר 1 עוסקת ב__________ - בין מולדות ובין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יחידה מספר 4 בתוכנית היא יחידת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'אקו ונרקיס' ו'אורפיאוס ואורידיקי' הן יצירות __________ השייכות ליחידת אהבות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השאלה המרכזית ביחידה 2 שואלת איך רגע קטן יכול לחשוף את כל עולמה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יחידה מספר 8 נקראת מאבק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יצירה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לכל איש יש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אידיליות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כחום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מאבק וזיכרון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הדרך הגדולה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אנבל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נזכור אחים ורעים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אהבות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הופעת היחידות בתוכנית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שואה וגבורה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אידיליות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זהות - בין מולדות ובין דורות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אהבות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יחידה אחת מתוך השמונה שמעניינת אתכם במיוחד, וכתבו 3-4 משפטים מדוע השאלה המרכזית שלה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שתי יחידות שלדעתכם קשורות זו לזו בנושא (למשל זהות ומאבק וזיכרון) והסבירו מה משותף להן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יחידות לימוד יש בתוכנית הספרות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השם של היחידה העוסקת בשואה ובזיכרון?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ליצירה מיחידת האהבות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היחידות בספרות לכיתה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