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היחידות בספרות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שמונת היחידות הנלמדות בספרות ואת הנושא המרכזי של 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יצירות לבין היחידה המתאימה 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השאלות המרכזיות שמנחות כל 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 מעצב את מי שאנחנו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סיפור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פיגמליון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שואה וגבורה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ספר החול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בתוכן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רומאו ויוליה מופיע ביחידת אהבות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בתיאור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צבעים מופיע ביחידת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צוין בתוכן העמוד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היא כוללת גם שירים כמו אנבל לי ויצירות אחרות כמו רומאו ויוליה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מיתולוגיות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זיכרון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יצירה ליחידה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(זהות)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(סיפור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(אידיליות)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(אהבות)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(מאבק וזיכרון)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הופעת היחידות בתוכנית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זהות - בין מולדות ובין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אידיליות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אהבות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שואה וגבורה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יחידה אחת, יזכיר את שמה והשאלה המרכזית שלה, ויסביר באופן אישי ומנומק מדוע היא מעניינת אותו, תוך קישור לחוויה אישית או 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יבחר שתי יחידות, יציג את הנושא של כל אחת ויסביר קשר הגיוני ביניהן, תוך הבאת דוגמה אחת מכל 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יחידה 7 - שואה וגבורה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יצירה מהרשימה: פיגמליון, אקו ונרקיס, אורפיאוס ואורידיקי, אהבוך גם הפרחים, רומאו ויוליה, אנבל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דף היחידות מול הכיתה ולעבור יחד על שמות היחידות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לשתף איזו יחידה מעניינת אותם במיוחד ולמה, כהכנה רגשית לקראת הלימוד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זמן מחשבה אישי לפני כתיבה, ולתת דוגמה אחת מודגמת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היחידות בספרות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בכיתה ט׳ לומדים ספרות בשמונה חלקים. לכל חלק יש נושא ושאלה חשובה, ובכל חלק יש כמה סיפורים ושירים.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בתוכנית הלימודים שמאגד יצירות לפי נושא משותף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אידיליה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חיים שלווים ופשוטים, לרוב בכפר או בטבע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שאנחנו - מושפע מהמשפחה, המקום והבחירות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שואה וגבורה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תקופה קשה בהיסטוריה היהודית ודרכי ההתמודדות איתה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מיתולוגיה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סיפורים עתיקים על אלים וגיבורים, כמו פיגמליון ונרקיס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זיכרון קולקטיבי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זיכרון משותף של חברה שלמה על אירועים ואנשים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חלקים יש בתוכנית?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שואלים ביחידת זהות?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מעצב את מי שאנחנו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סיפור שובר כללים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אהבה עושה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זוכרים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יחידה מדברת על רגע קטן כמו פרוסת לחם?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אידיליות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אהבות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סיפור שייך לחלק על אהבה?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פיגמליון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שברירים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עשרים שנה בגיא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מדברת יחידה שבע?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אידיליות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משהו קצת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שואה וגבורה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מאבק וזיכרון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סיפור שייך לחלק המוזר והלא 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החול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אנבל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המלך שאול ואני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אחותי הקטנה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יחידה 3 נקראת 'אידיליות' ועוסקת בתמונות שלוות שמסתירות משהו מתחת לפני השטח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'רומאו ויוליה' מופיע ביחידת 'שואה וגבורה'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המרכזית ביחידת 'מאבק וזיכרון' עוסקת בזיכרון של אדם ולא רק של אירוע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'צבעים' הוא שיר השייך ליחידת 'שירה'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'חתונתה של אלקה' מסומן כפרק לטעימה להעשרה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'אהבות' כוללת רק סיפורים מהמיתולוגיה היוונית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יחידה מספר 1 עוסקת ב__________ - בין מולדות ובין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יחידה מספר 4 בתוכנית היא יחידת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'אקו ונרקיס' ו'אורפיאוס ואורידיקי' הן יצירות __________ השייכות ליחידת אהבות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השאלה המרכזית ביחידה 2 שואלת איך רגע קטן יכול לחשוף את כל עולמה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יחידה מספר 8 נקראת מאבק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יצירה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לכל איש יש 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המחרוזת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אהבות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כחום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הדרך הגדולה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מאבק וזיכרון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אנבל 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אידיליות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נזכור אחים ורעים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סיפור קצר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הופעת היחידות בתוכנית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אידיליות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אהבות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זהות - בין מולדות ובין דורות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שואה וגבורה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יחידה אחת מתוך השמונה שמעניינת אתכם במיוחד, וכתבו 3-4 משפטים מדוע השאלה המרכזית שלה חשובה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שתי יחידות שלדעתכם קשורות זו לזו בנושא (למשל זהות ומאבק וזיכרון) והסבירו מה משותף להן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יחידות לימוד יש בתוכנית הספרות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השם של היחידה העוסקת בשואה ובזיכרון?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ליצירה מיחידת האהבות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היחידות בספרות לכיתה ט׳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