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היחידות בספרות לכיתה ט׳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שמונת היחידות הנלמדות בספרות ואת הנושא המרכזי של כל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יצירות לבין היחידה המתאימה 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השאלות המרכזיות שמנחות כל 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מה מעצב את מי שאנחנו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סיפור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בתוכן 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רומאו ויוליה מופיע ביחידת אהבות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בתיאור היחידה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יצירה ליחידה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(זהות)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(סיפור קצר)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(אידיליות)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(שירה)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הופעת היחידות בתוכנית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זהות - בין מולדות ובין דורות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סיפור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אידיליות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יבחר יחידה אחת, יזכיר את שמה והשאלה המרכזית שלה, ויסביר באופן אישי ומנומק מדוע היא מעניינת אותו, תוך קישור לחוויה אישית או מחשבה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שמונה יחידות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יחידה 7 - שואה וגבורה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יצירה מהרשימה: פיגמליון, אקו ונרקיס, אורפיאוס ואורידיקי, אהבוך גם הפרחים, רומאו ויוליה, אנבל 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דף היחידות מול הכיתה ולעבור יחד על שמות היחידות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לשתף איזו יחידה מעניינת אותם במיוחד ולמה, כהכנה רגשית לקראת הלימוד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זמן מחשבה אישי לפני כתיבה, ולתת דוגמה אחת מודגמת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היחידות בספרות לכיתה ט׳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בשנת הלימודים בספרות אנחנו עוברים מסע בין שמונה יחידות שונות, מ'זהות' ועד 'מאבק וזיכרון'. בכל יחידה יש נושא מרכזי ושאלה שמלווה אותנו ביצירות.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שירה  ·  דמות  ·  זהות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יחידות לימוד יש בתוכנית הספרות לכיתה ט׳?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השאלה המרכזית ביחידה 'זהות'?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מה מעצב את מי שאנחנו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איך סיפור שובר כללים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מה אהבה עושה 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יחידה עוסקת ברגע קטן שחושף עולם שלם של דמות?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אידיליות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סיפור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יחידה 3 נקראת 'אידיליות' ועוסקת בתמונות שלוות שמסתירות משהו מתחת לפני השטח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'רומאו ויוליה' מופיע ביחידת 'שואה וגבורה'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השאלה המרכזית ביחידת 'מאבק וזיכרון' עוסקת בזיכרון של אדם ולא רק של אירוע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יחידה מספר 1 עוסקת ב__________ - בין מולדות ובין 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יחידה מספר 4 בתוכנית היא יחידת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השאלה המרכזית ביחידה 2 שואלת איך רגע קטן יכול לחשוף את כל עולמה של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יצירה ליחידה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לכל איש יש 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המחרוזת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אידיליות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כחום היום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זהות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הדרך הגדולה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סיפור קצר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הופעת היחידות בתוכנית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אידיליות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סיפור קצר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זהות - בין מולדות ובין דורות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יחידה אחת מתוך השמונה שמעניינת אתכם במיוחד, וכתבו 3-4 משפטים מדוע השאלה המרכזית שלה חשובה 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יחידות לימוד יש בתוכנית הספרות השנה?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השם של היחידה העוסקת בשואה ובזיכרון?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היחידות בספרות לכיתה ט׳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